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D912F" w14:textId="59818DD8" w:rsidR="0049314A" w:rsidRPr="00243803" w:rsidRDefault="004021F9" w:rsidP="00243803">
      <w:pPr>
        <w:pStyle w:val="Heading2"/>
        <w:jc w:val="center"/>
        <w:rPr>
          <w:rFonts w:cstheme="majorHAnsi"/>
          <w:sz w:val="28"/>
          <w:szCs w:val="28"/>
        </w:rPr>
      </w:pPr>
      <w:r>
        <w:rPr>
          <w:rFonts w:cstheme="majorHAnsi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639B2D35" wp14:editId="359406B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447925" cy="888365"/>
            <wp:effectExtent l="0" t="0" r="9525" b="6985"/>
            <wp:wrapTopAndBottom/>
            <wp:docPr id="300638666" name="Picture 1" descr="A logo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38666" name="Picture 1" descr="A logo with text on i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73B" w:rsidRPr="00243803">
        <w:rPr>
          <w:rFonts w:cstheme="majorHAnsi"/>
          <w:sz w:val="28"/>
          <w:szCs w:val="28"/>
        </w:rPr>
        <w:fldChar w:fldCharType="begin"/>
      </w:r>
      <w:r w:rsidR="0050227A">
        <w:rPr>
          <w:rFonts w:cstheme="majorHAnsi"/>
          <w:sz w:val="28"/>
          <w:szCs w:val="28"/>
        </w:rPr>
        <w:instrText xml:space="preserve"> INCLUDEPICTURE "https://escenterorg-my.sharepoint.com/Users/robsjawn/Library/Group%20Containers/UBF8T346G9.ms/WebArchiveCopyPasteTempFiles/com.microsoft.Word/raw?se=2025-08-25T20%3A36%3A56Z&amp;sp=r&amp;sv=2024-08-04&amp;sr=b&amp;scid=d329ffce-2b38-5902-b77f-bf80a9535bdb&amp;skoid=24a7dec3-38fc-4904-b888-8abe0855c442&amp;sktid=a48cca56-e6da-484e-a814-9c849652bcb3&amp;skt=2025-08-25T17%3A27%3A36Z&amp;ske=2025-08-26T17%3A27%3A36Z&amp;sks=b&amp;skv=2024-08-04&amp;sig=Uc9HGS5m4v520ER%2BzEPw3ER8flJh%2B%2BEJyBg9KOKwB5c%3D" \* MERGEFORMAT </w:instrText>
      </w:r>
      <w:r w:rsidR="0053473B" w:rsidRPr="00243803">
        <w:rPr>
          <w:rFonts w:cstheme="majorHAnsi"/>
          <w:sz w:val="28"/>
          <w:szCs w:val="28"/>
        </w:rPr>
        <w:fldChar w:fldCharType="separate"/>
      </w:r>
      <w:r w:rsidR="0053473B" w:rsidRPr="00243803">
        <w:rPr>
          <w:rFonts w:cstheme="majorHAnsi"/>
          <w:sz w:val="28"/>
          <w:szCs w:val="28"/>
        </w:rPr>
        <w:fldChar w:fldCharType="end"/>
      </w:r>
      <w:r w:rsidR="0053473B" w:rsidRPr="00243803">
        <w:rPr>
          <w:rFonts w:cstheme="majorHAnsi"/>
          <w:sz w:val="28"/>
          <w:szCs w:val="28"/>
        </w:rPr>
        <w:fldChar w:fldCharType="begin"/>
      </w:r>
      <w:r w:rsidR="0050227A">
        <w:rPr>
          <w:rFonts w:cstheme="majorHAnsi"/>
          <w:sz w:val="28"/>
          <w:szCs w:val="28"/>
        </w:rPr>
        <w:instrText xml:space="preserve"> INCLUDEPICTURE "https://escenterorg-my.sharepoint.com/Users/robsjawn/Library/Group%20Containers/UBF8T346G9.ms/WebArchiveCopyPasteTempFiles/com.microsoft.Word/raw?se=2025-08-25T20%3A36%3A56Z&amp;sp=r&amp;sv=2024-08-04&amp;sr=b&amp;scid=d329ffce-2b38-5902-b77f-bf80a9535bdb&amp;skoid=24a7dec3-38fc-4904-b888-8abe0855c442&amp;sktid=a48cca56-e6da-484e-a814-9c849652bcb3&amp;skt=2025-08-25T17%3A27%3A36Z&amp;ske=2025-08-26T17%3A27%3A36Z&amp;sks=b&amp;skv=2024-08-04&amp;sig=Uc9HGS5m4v520ER%2BzEPw3ER8flJh%2B%2BEJyBg9KOKwB5c%3D" \* MERGEFORMAT </w:instrText>
      </w:r>
      <w:r w:rsidR="0053473B" w:rsidRPr="00243803">
        <w:rPr>
          <w:rFonts w:cstheme="majorHAnsi"/>
          <w:sz w:val="28"/>
          <w:szCs w:val="28"/>
        </w:rPr>
        <w:fldChar w:fldCharType="separate"/>
      </w:r>
      <w:r w:rsidR="0053473B" w:rsidRPr="00243803">
        <w:rPr>
          <w:rFonts w:cstheme="majorHAnsi"/>
          <w:sz w:val="28"/>
          <w:szCs w:val="28"/>
        </w:rPr>
        <w:fldChar w:fldCharType="end"/>
      </w:r>
      <w:r w:rsidR="00922B2B" w:rsidRPr="00243803">
        <w:rPr>
          <w:rFonts w:cstheme="majorHAnsi"/>
          <w:sz w:val="28"/>
          <w:szCs w:val="28"/>
        </w:rPr>
        <w:t>Residential</w:t>
      </w:r>
      <w:r w:rsidR="00243803">
        <w:rPr>
          <w:rFonts w:cstheme="majorHAnsi"/>
          <w:sz w:val="28"/>
          <w:szCs w:val="28"/>
        </w:rPr>
        <w:t xml:space="preserve"> / Multi-Family</w:t>
      </w:r>
      <w:r w:rsidR="00922B2B" w:rsidRPr="00243803">
        <w:rPr>
          <w:rFonts w:cstheme="majorHAnsi"/>
          <w:sz w:val="28"/>
          <w:szCs w:val="28"/>
        </w:rPr>
        <w:t xml:space="preserve"> Consortium </w:t>
      </w:r>
      <w:r w:rsidR="00774171">
        <w:rPr>
          <w:rFonts w:cstheme="majorHAnsi"/>
          <w:sz w:val="28"/>
          <w:szCs w:val="28"/>
        </w:rPr>
        <w:t>Minutes</w:t>
      </w:r>
    </w:p>
    <w:p w14:paraId="130796A3" w14:textId="126E9571" w:rsidR="0049314A" w:rsidRPr="00C40BE7" w:rsidRDefault="00216C78" w:rsidP="00C40BE7">
      <w:pPr>
        <w:pStyle w:val="Heading2"/>
        <w:rPr>
          <w:rFonts w:cstheme="majorHAnsi"/>
          <w:sz w:val="22"/>
          <w:szCs w:val="22"/>
        </w:rPr>
      </w:pPr>
      <w:r>
        <w:rPr>
          <w:rFonts w:cstheme="majorHAnsi"/>
          <w:sz w:val="22"/>
          <w:szCs w:val="22"/>
        </w:rPr>
        <w:t>5</w:t>
      </w:r>
      <w:r w:rsidR="005E679B" w:rsidRPr="00C40BE7">
        <w:rPr>
          <w:rFonts w:cstheme="majorHAnsi"/>
          <w:sz w:val="22"/>
          <w:szCs w:val="22"/>
        </w:rPr>
        <w:t>/</w:t>
      </w:r>
      <w:r w:rsidR="00A86B57" w:rsidRPr="00C40BE7">
        <w:rPr>
          <w:rFonts w:cstheme="majorHAnsi"/>
          <w:sz w:val="22"/>
          <w:szCs w:val="22"/>
        </w:rPr>
        <w:t>1</w:t>
      </w:r>
      <w:r>
        <w:rPr>
          <w:rFonts w:cstheme="majorHAnsi"/>
          <w:sz w:val="22"/>
          <w:szCs w:val="22"/>
        </w:rPr>
        <w:t>4</w:t>
      </w:r>
      <w:r w:rsidR="005E679B" w:rsidRPr="00C40BE7">
        <w:rPr>
          <w:rFonts w:cstheme="majorHAnsi"/>
          <w:sz w:val="22"/>
          <w:szCs w:val="22"/>
        </w:rPr>
        <w:t>/2026</w:t>
      </w:r>
    </w:p>
    <w:p w14:paraId="6A2A87B0" w14:textId="5BC14B75" w:rsidR="00BE6295" w:rsidRPr="007422A7" w:rsidRDefault="00BE6295">
      <w:pPr>
        <w:pStyle w:val="Heading2"/>
        <w:rPr>
          <w:rFonts w:cstheme="majorHAnsi"/>
          <w:sz w:val="22"/>
          <w:szCs w:val="22"/>
        </w:rPr>
      </w:pPr>
      <w:r w:rsidRPr="007422A7">
        <w:rPr>
          <w:rFonts w:cstheme="majorHAnsi"/>
          <w:sz w:val="22"/>
          <w:szCs w:val="22"/>
        </w:rPr>
        <w:t>Financial outlook</w:t>
      </w:r>
    </w:p>
    <w:p w14:paraId="62B1A033" w14:textId="79CBE2E0" w:rsidR="005E679B" w:rsidRPr="007422A7" w:rsidRDefault="005E679B" w:rsidP="005E679B">
      <w:pPr>
        <w:pStyle w:val="ListParagraph"/>
        <w:numPr>
          <w:ilvl w:val="0"/>
          <w:numId w:val="11"/>
        </w:numPr>
        <w:rPr>
          <w:rFonts w:asciiTheme="majorHAnsi" w:hAnsiTheme="majorHAnsi" w:cstheme="majorHAnsi"/>
        </w:rPr>
      </w:pPr>
      <w:r w:rsidRPr="007422A7">
        <w:rPr>
          <w:rFonts w:asciiTheme="majorHAnsi" w:hAnsiTheme="majorHAnsi" w:cstheme="majorHAnsi"/>
        </w:rPr>
        <w:t>$1</w:t>
      </w:r>
      <w:r w:rsidR="00DE334A">
        <w:rPr>
          <w:rFonts w:asciiTheme="majorHAnsi" w:hAnsiTheme="majorHAnsi" w:cstheme="majorHAnsi"/>
        </w:rPr>
        <w:t>0</w:t>
      </w:r>
      <w:r w:rsidRPr="007422A7">
        <w:rPr>
          <w:rFonts w:asciiTheme="majorHAnsi" w:hAnsiTheme="majorHAnsi" w:cstheme="majorHAnsi"/>
        </w:rPr>
        <w:t>k left in the budget</w:t>
      </w:r>
    </w:p>
    <w:p w14:paraId="091D9C18" w14:textId="719AF090" w:rsidR="00AD7BBB" w:rsidRPr="007422A7" w:rsidRDefault="00661D77" w:rsidP="00135CDA">
      <w:pPr>
        <w:pStyle w:val="Heading2"/>
        <w:rPr>
          <w:rFonts w:cstheme="majorHAnsi"/>
          <w:sz w:val="22"/>
          <w:szCs w:val="22"/>
        </w:rPr>
      </w:pPr>
      <w:r w:rsidRPr="007422A7">
        <w:rPr>
          <w:rFonts w:cstheme="majorHAnsi"/>
          <w:sz w:val="22"/>
          <w:szCs w:val="22"/>
        </w:rPr>
        <w:t xml:space="preserve">Future Deliverables </w:t>
      </w:r>
    </w:p>
    <w:p w14:paraId="54A503D7" w14:textId="6435B6AB" w:rsidR="00380457" w:rsidRPr="007422A7" w:rsidRDefault="00661D77" w:rsidP="00AD7BBB">
      <w:pPr>
        <w:pStyle w:val="ListParagraph"/>
        <w:numPr>
          <w:ilvl w:val="0"/>
          <w:numId w:val="11"/>
        </w:numPr>
        <w:rPr>
          <w:rFonts w:asciiTheme="majorHAnsi" w:hAnsiTheme="majorHAnsi" w:cstheme="majorHAnsi"/>
        </w:rPr>
      </w:pPr>
      <w:r w:rsidRPr="007422A7">
        <w:rPr>
          <w:rFonts w:asciiTheme="majorHAnsi" w:hAnsiTheme="majorHAnsi" w:cstheme="majorHAnsi"/>
        </w:rPr>
        <w:t xml:space="preserve">Series 2 training program </w:t>
      </w:r>
    </w:p>
    <w:p w14:paraId="107BEDEB" w14:textId="05E5CD12" w:rsidR="00661D77" w:rsidRPr="007422A7" w:rsidRDefault="00661D77" w:rsidP="00AD7BBB">
      <w:pPr>
        <w:pStyle w:val="ListParagraph"/>
        <w:numPr>
          <w:ilvl w:val="0"/>
          <w:numId w:val="11"/>
        </w:numPr>
        <w:rPr>
          <w:rFonts w:asciiTheme="majorHAnsi" w:hAnsiTheme="majorHAnsi" w:cstheme="majorHAnsi"/>
        </w:rPr>
      </w:pPr>
      <w:r w:rsidRPr="007422A7">
        <w:rPr>
          <w:rFonts w:asciiTheme="majorHAnsi" w:hAnsiTheme="majorHAnsi" w:cstheme="majorHAnsi"/>
        </w:rPr>
        <w:t xml:space="preserve">NL Magazine </w:t>
      </w:r>
    </w:p>
    <w:p w14:paraId="0FA10BE4" w14:textId="3972F9B7" w:rsidR="003E67FD" w:rsidRPr="007422A7" w:rsidRDefault="00D87957" w:rsidP="00AD7BBB">
      <w:pPr>
        <w:pStyle w:val="ListParagraph"/>
        <w:numPr>
          <w:ilvl w:val="0"/>
          <w:numId w:val="11"/>
        </w:numPr>
        <w:rPr>
          <w:rFonts w:asciiTheme="majorHAnsi" w:hAnsiTheme="majorHAnsi" w:cstheme="majorHAnsi"/>
        </w:rPr>
      </w:pPr>
      <w:r w:rsidRPr="007422A7">
        <w:rPr>
          <w:rFonts w:asciiTheme="majorHAnsi" w:hAnsiTheme="majorHAnsi" w:cstheme="majorHAnsi"/>
        </w:rPr>
        <w:t xml:space="preserve">What else do members need? </w:t>
      </w:r>
    </w:p>
    <w:p w14:paraId="0349D787" w14:textId="1E97E989" w:rsidR="00135CDA" w:rsidRPr="007422A7" w:rsidRDefault="00135CDA" w:rsidP="00135CDA">
      <w:pPr>
        <w:pStyle w:val="Heading2"/>
        <w:rPr>
          <w:rFonts w:cstheme="majorHAnsi"/>
          <w:sz w:val="22"/>
          <w:szCs w:val="22"/>
        </w:rPr>
      </w:pPr>
      <w:r w:rsidRPr="007422A7">
        <w:rPr>
          <w:rFonts w:cstheme="majorHAnsi"/>
          <w:sz w:val="22"/>
          <w:szCs w:val="22"/>
        </w:rPr>
        <w:t xml:space="preserve">Round Table Discussion </w:t>
      </w:r>
    </w:p>
    <w:p w14:paraId="76781549" w14:textId="769ECC46" w:rsidR="007F6AAE" w:rsidRDefault="007F6AAE" w:rsidP="00135CDA">
      <w:pPr>
        <w:pStyle w:val="ListParagraph"/>
        <w:numPr>
          <w:ilvl w:val="0"/>
          <w:numId w:val="11"/>
        </w:numPr>
        <w:rPr>
          <w:rFonts w:asciiTheme="majorHAnsi" w:hAnsiTheme="majorHAnsi" w:cstheme="majorHAnsi"/>
        </w:rPr>
      </w:pPr>
      <w:r w:rsidRPr="007422A7">
        <w:rPr>
          <w:rFonts w:asciiTheme="majorHAnsi" w:hAnsiTheme="majorHAnsi" w:cstheme="majorHAnsi"/>
        </w:rPr>
        <w:t xml:space="preserve">A new round of funding is necessary to pursue any new future deliverables. </w:t>
      </w:r>
    </w:p>
    <w:p w14:paraId="58698AE2" w14:textId="183F0AD1" w:rsidR="007C642B" w:rsidRDefault="000B35DC" w:rsidP="00135CDA">
      <w:pPr>
        <w:pStyle w:val="ListParagraph"/>
        <w:numPr>
          <w:ilvl w:val="0"/>
          <w:numId w:val="11"/>
        </w:numPr>
        <w:rPr>
          <w:rFonts w:asciiTheme="majorHAnsi" w:hAnsiTheme="majorHAnsi" w:cstheme="majorHAnsi"/>
        </w:rPr>
      </w:pPr>
      <w:r w:rsidRPr="000B35DC">
        <w:rPr>
          <w:rFonts w:asciiTheme="majorHAnsi" w:hAnsiTheme="majorHAnsi" w:cstheme="majorHAnsi"/>
        </w:rPr>
        <w:t>What customer segment is most at risk from current policy: low-income homeowners, renters, small multifamily owners, large portfolio owners, or gas utility ratepayers broadly?</w:t>
      </w:r>
    </w:p>
    <w:p w14:paraId="406682D1" w14:textId="3267A058" w:rsidR="00711ACA" w:rsidRDefault="00711ACA" w:rsidP="001C493D">
      <w:pPr>
        <w:pStyle w:val="ListParagraph"/>
        <w:numPr>
          <w:ilvl w:val="0"/>
          <w:numId w:val="11"/>
        </w:numPr>
        <w:rPr>
          <w:rFonts w:asciiTheme="majorHAnsi" w:hAnsiTheme="majorHAnsi" w:cstheme="majorHAnsi"/>
        </w:rPr>
      </w:pPr>
      <w:r w:rsidRPr="00711ACA">
        <w:rPr>
          <w:rFonts w:asciiTheme="majorHAnsi" w:hAnsiTheme="majorHAnsi" w:cstheme="majorHAnsi"/>
        </w:rPr>
        <w:t>How should multifamily buildings be treated differently from single-family homes in decarbonization policy?</w:t>
      </w:r>
    </w:p>
    <w:p w14:paraId="702B8CA4" w14:textId="557931E7" w:rsidR="000E605C" w:rsidRPr="001C493D" w:rsidRDefault="000E605C" w:rsidP="001C493D">
      <w:pPr>
        <w:pStyle w:val="ListParagraph"/>
        <w:numPr>
          <w:ilvl w:val="0"/>
          <w:numId w:val="1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Efficiency rating changes for electric water heaters </w:t>
      </w:r>
    </w:p>
    <w:p w14:paraId="46930698" w14:textId="70F6FD54" w:rsidR="00135CDA" w:rsidRPr="007422A7" w:rsidRDefault="005049F6" w:rsidP="00135CDA">
      <w:pPr>
        <w:pStyle w:val="ListParagraph"/>
        <w:numPr>
          <w:ilvl w:val="0"/>
          <w:numId w:val="11"/>
        </w:numPr>
        <w:rPr>
          <w:rFonts w:asciiTheme="majorHAnsi" w:hAnsiTheme="majorHAnsi" w:cstheme="majorHAnsi"/>
        </w:rPr>
      </w:pPr>
      <w:r w:rsidRPr="007422A7">
        <w:rPr>
          <w:rFonts w:asciiTheme="majorHAnsi" w:hAnsiTheme="majorHAnsi" w:cstheme="majorHAnsi"/>
        </w:rPr>
        <w:t xml:space="preserve">Share </w:t>
      </w:r>
      <w:r w:rsidR="00A86B57" w:rsidRPr="007422A7">
        <w:rPr>
          <w:rFonts w:asciiTheme="majorHAnsi" w:hAnsiTheme="majorHAnsi" w:cstheme="majorHAnsi"/>
        </w:rPr>
        <w:t xml:space="preserve">challenges or </w:t>
      </w:r>
      <w:r w:rsidRPr="007422A7">
        <w:rPr>
          <w:rFonts w:asciiTheme="majorHAnsi" w:hAnsiTheme="majorHAnsi" w:cstheme="majorHAnsi"/>
        </w:rPr>
        <w:t xml:space="preserve">customer success stories </w:t>
      </w:r>
    </w:p>
    <w:p w14:paraId="569E837D" w14:textId="4656A541" w:rsidR="00EB3286" w:rsidRPr="007422A7" w:rsidRDefault="00EB3286" w:rsidP="00EB3286">
      <w:pPr>
        <w:pStyle w:val="ListParagraph"/>
        <w:numPr>
          <w:ilvl w:val="1"/>
          <w:numId w:val="11"/>
        </w:numPr>
        <w:rPr>
          <w:rFonts w:asciiTheme="majorHAnsi" w:hAnsiTheme="majorHAnsi" w:cstheme="majorHAnsi"/>
        </w:rPr>
      </w:pPr>
      <w:r w:rsidRPr="007422A7">
        <w:rPr>
          <w:rFonts w:asciiTheme="majorHAnsi" w:hAnsiTheme="majorHAnsi" w:cstheme="majorHAnsi"/>
        </w:rPr>
        <w:t>Builders</w:t>
      </w:r>
    </w:p>
    <w:p w14:paraId="2AF04D2E" w14:textId="69E97FD7" w:rsidR="00EB3286" w:rsidRPr="007422A7" w:rsidRDefault="00EB3286" w:rsidP="00EB3286">
      <w:pPr>
        <w:pStyle w:val="ListParagraph"/>
        <w:numPr>
          <w:ilvl w:val="1"/>
          <w:numId w:val="11"/>
        </w:numPr>
        <w:rPr>
          <w:rFonts w:asciiTheme="majorHAnsi" w:hAnsiTheme="majorHAnsi" w:cstheme="majorHAnsi"/>
        </w:rPr>
      </w:pPr>
      <w:r w:rsidRPr="007422A7">
        <w:rPr>
          <w:rFonts w:asciiTheme="majorHAnsi" w:hAnsiTheme="majorHAnsi" w:cstheme="majorHAnsi"/>
        </w:rPr>
        <w:t>Residential market in general</w:t>
      </w:r>
    </w:p>
    <w:p w14:paraId="65D98EAF" w14:textId="77777777" w:rsidR="000E45D5" w:rsidRDefault="00EB3286" w:rsidP="000E45D5">
      <w:pPr>
        <w:pStyle w:val="ListParagraph"/>
        <w:numPr>
          <w:ilvl w:val="1"/>
          <w:numId w:val="11"/>
        </w:numPr>
        <w:rPr>
          <w:rFonts w:asciiTheme="majorHAnsi" w:hAnsiTheme="majorHAnsi" w:cstheme="majorHAnsi"/>
        </w:rPr>
      </w:pPr>
      <w:r w:rsidRPr="007422A7">
        <w:rPr>
          <w:rFonts w:asciiTheme="majorHAnsi" w:hAnsiTheme="majorHAnsi" w:cstheme="majorHAnsi"/>
        </w:rPr>
        <w:t xml:space="preserve">Multi-family market </w:t>
      </w:r>
    </w:p>
    <w:p w14:paraId="29C855AD" w14:textId="3C8B46BF" w:rsidR="005D2A91" w:rsidRDefault="005D2A91" w:rsidP="005D2A91">
      <w:pPr>
        <w:pStyle w:val="Heading2"/>
        <w:rPr>
          <w:rFonts w:cstheme="majorHAnsi"/>
        </w:rPr>
      </w:pPr>
      <w:r>
        <w:rPr>
          <w:rFonts w:cstheme="majorHAnsi"/>
        </w:rPr>
        <w:t xml:space="preserve">Insight </w:t>
      </w:r>
      <w:r w:rsidRPr="005D2A91">
        <w:rPr>
          <w:rFonts w:cstheme="majorHAnsi"/>
          <w:sz w:val="22"/>
          <w:szCs w:val="22"/>
        </w:rPr>
        <w:t>from</w:t>
      </w:r>
      <w:r>
        <w:rPr>
          <w:rFonts w:cstheme="majorHAnsi"/>
        </w:rPr>
        <w:t xml:space="preserve"> Members:</w:t>
      </w:r>
    </w:p>
    <w:p w14:paraId="34801DCF" w14:textId="77777777" w:rsidR="00326A17" w:rsidRPr="00326A17" w:rsidRDefault="00326A17" w:rsidP="00326A17">
      <w:pPr>
        <w:numPr>
          <w:ilvl w:val="0"/>
          <w:numId w:val="14"/>
        </w:numPr>
        <w:spacing w:after="0" w:line="240" w:lineRule="auto"/>
        <w:textAlignment w:val="center"/>
        <w:rPr>
          <w:rFonts w:ascii="Calibri" w:eastAsia="Times New Roman" w:hAnsi="Calibri" w:cs="Calibri"/>
        </w:rPr>
      </w:pPr>
      <w:proofErr w:type="gramStart"/>
      <w:r w:rsidRPr="00326A17">
        <w:rPr>
          <w:rFonts w:ascii="Calibri" w:eastAsia="Times New Roman" w:hAnsi="Calibri" w:cs="Calibri"/>
        </w:rPr>
        <w:t>Low income</w:t>
      </w:r>
      <w:proofErr w:type="gramEnd"/>
      <w:r w:rsidRPr="00326A17">
        <w:rPr>
          <w:rFonts w:ascii="Calibri" w:eastAsia="Times New Roman" w:hAnsi="Calibri" w:cs="Calibri"/>
        </w:rPr>
        <w:t xml:space="preserve"> families are feeling the brunt of the </w:t>
      </w:r>
      <w:proofErr w:type="gramStart"/>
      <w:r w:rsidRPr="00326A17">
        <w:rPr>
          <w:rFonts w:ascii="Calibri" w:eastAsia="Times New Roman" w:hAnsi="Calibri" w:cs="Calibri"/>
        </w:rPr>
        <w:t>burden.-</w:t>
      </w:r>
      <w:proofErr w:type="gramEnd"/>
      <w:r w:rsidRPr="00326A17">
        <w:rPr>
          <w:rFonts w:ascii="Calibri" w:eastAsia="Times New Roman" w:hAnsi="Calibri" w:cs="Calibri"/>
        </w:rPr>
        <w:t xml:space="preserve"> Marti Sawyer </w:t>
      </w:r>
    </w:p>
    <w:p w14:paraId="32045C47" w14:textId="08B92031" w:rsidR="00326A17" w:rsidRPr="00326A17" w:rsidRDefault="00326A17" w:rsidP="00326A17">
      <w:pPr>
        <w:numPr>
          <w:ilvl w:val="0"/>
          <w:numId w:val="14"/>
        </w:numPr>
        <w:spacing w:after="0" w:line="240" w:lineRule="auto"/>
        <w:textAlignment w:val="center"/>
        <w:rPr>
          <w:rFonts w:ascii="Calibri" w:eastAsia="Times New Roman" w:hAnsi="Calibri" w:cs="Calibri"/>
        </w:rPr>
      </w:pPr>
      <w:r w:rsidRPr="00326A17">
        <w:rPr>
          <w:rFonts w:ascii="Calibri" w:eastAsia="Times New Roman" w:hAnsi="Calibri" w:cs="Calibri"/>
        </w:rPr>
        <w:t xml:space="preserve">Affordability is a major issue </w:t>
      </w:r>
      <w:r>
        <w:rPr>
          <w:rFonts w:ascii="Calibri" w:eastAsia="Times New Roman" w:hAnsi="Calibri" w:cs="Calibri"/>
        </w:rPr>
        <w:t xml:space="preserve">right now. </w:t>
      </w:r>
    </w:p>
    <w:p w14:paraId="4F29E96A" w14:textId="77777777" w:rsidR="00326A17" w:rsidRDefault="00326A17" w:rsidP="00326A17">
      <w:pPr>
        <w:numPr>
          <w:ilvl w:val="0"/>
          <w:numId w:val="14"/>
        </w:numPr>
        <w:spacing w:after="0" w:line="240" w:lineRule="auto"/>
        <w:textAlignment w:val="center"/>
        <w:rPr>
          <w:rFonts w:ascii="Calibri" w:eastAsia="Times New Roman" w:hAnsi="Calibri" w:cs="Calibri"/>
        </w:rPr>
      </w:pPr>
      <w:r w:rsidRPr="00326A17">
        <w:rPr>
          <w:rFonts w:ascii="Calibri" w:eastAsia="Times New Roman" w:hAnsi="Calibri" w:cs="Calibri"/>
        </w:rPr>
        <w:t xml:space="preserve">Is there financial assistance for </w:t>
      </w:r>
      <w:proofErr w:type="gramStart"/>
      <w:r w:rsidRPr="00326A17">
        <w:rPr>
          <w:rFonts w:ascii="Calibri" w:eastAsia="Times New Roman" w:hAnsi="Calibri" w:cs="Calibri"/>
        </w:rPr>
        <w:t>energy?-</w:t>
      </w:r>
      <w:proofErr w:type="gramEnd"/>
      <w:r w:rsidRPr="00326A17">
        <w:rPr>
          <w:rFonts w:ascii="Calibri" w:eastAsia="Times New Roman" w:hAnsi="Calibri" w:cs="Calibri"/>
        </w:rPr>
        <w:t xml:space="preserve"> Charlie K </w:t>
      </w:r>
    </w:p>
    <w:p w14:paraId="6C54CD9B" w14:textId="0B5BDBF9" w:rsidR="00326A17" w:rsidRPr="00326A17" w:rsidRDefault="00326A17" w:rsidP="00326A17">
      <w:pPr>
        <w:numPr>
          <w:ilvl w:val="0"/>
          <w:numId w:val="14"/>
        </w:numPr>
        <w:spacing w:after="0" w:line="240" w:lineRule="auto"/>
        <w:textAlignment w:val="center"/>
        <w:rPr>
          <w:rFonts w:ascii="Calibri" w:eastAsia="Times New Roman" w:hAnsi="Calibri" w:cs="Calibri"/>
        </w:rPr>
      </w:pPr>
      <w:r w:rsidRPr="00326A17">
        <w:rPr>
          <w:rFonts w:ascii="Calibri" w:eastAsia="Times New Roman" w:hAnsi="Calibri" w:cs="Calibri"/>
        </w:rPr>
        <w:t xml:space="preserve">Rebates have been pulled back for gas equipment. </w:t>
      </w:r>
      <w:r w:rsidR="00DD5F42">
        <w:rPr>
          <w:rFonts w:ascii="Calibri" w:eastAsia="Times New Roman" w:hAnsi="Calibri" w:cs="Calibri"/>
        </w:rPr>
        <w:t>–</w:t>
      </w:r>
      <w:r w:rsidRPr="00326A17">
        <w:rPr>
          <w:rFonts w:ascii="Calibri" w:eastAsia="Times New Roman" w:hAnsi="Calibri" w:cs="Calibri"/>
        </w:rPr>
        <w:t xml:space="preserve"> </w:t>
      </w:r>
      <w:r w:rsidR="00DD5F42">
        <w:rPr>
          <w:rFonts w:ascii="Calibri" w:eastAsia="Times New Roman" w:hAnsi="Calibri" w:cs="Calibri"/>
        </w:rPr>
        <w:t>Marti Sawyer</w:t>
      </w:r>
    </w:p>
    <w:p w14:paraId="0C60ADE5" w14:textId="16083B99" w:rsidR="00326A17" w:rsidRPr="00326A17" w:rsidRDefault="00326A17" w:rsidP="00326A17">
      <w:pPr>
        <w:numPr>
          <w:ilvl w:val="0"/>
          <w:numId w:val="14"/>
        </w:numPr>
        <w:spacing w:after="0" w:line="240" w:lineRule="auto"/>
        <w:textAlignment w:val="center"/>
        <w:rPr>
          <w:rFonts w:ascii="Calibri" w:eastAsia="Times New Roman" w:hAnsi="Calibri" w:cs="Calibri"/>
        </w:rPr>
      </w:pPr>
      <w:r w:rsidRPr="00326A17">
        <w:rPr>
          <w:rFonts w:ascii="Calibri" w:eastAsia="Times New Roman" w:hAnsi="Calibri" w:cs="Calibri"/>
        </w:rPr>
        <w:t xml:space="preserve">Townhomes are difficult to get on </w:t>
      </w:r>
      <w:proofErr w:type="gramStart"/>
      <w:r w:rsidRPr="00326A17">
        <w:rPr>
          <w:rFonts w:ascii="Calibri" w:eastAsia="Times New Roman" w:hAnsi="Calibri" w:cs="Calibri"/>
        </w:rPr>
        <w:t>gas.</w:t>
      </w:r>
      <w:r w:rsidR="00DD5F42">
        <w:rPr>
          <w:rFonts w:ascii="Calibri" w:eastAsia="Times New Roman" w:hAnsi="Calibri" w:cs="Calibri"/>
        </w:rPr>
        <w:t>-</w:t>
      </w:r>
      <w:proofErr w:type="gramEnd"/>
      <w:r w:rsidR="00DD5F42">
        <w:rPr>
          <w:rFonts w:ascii="Calibri" w:eastAsia="Times New Roman" w:hAnsi="Calibri" w:cs="Calibri"/>
        </w:rPr>
        <w:t xml:space="preserve"> </w:t>
      </w:r>
      <w:r w:rsidRPr="00326A17">
        <w:rPr>
          <w:rFonts w:ascii="Calibri" w:eastAsia="Times New Roman" w:hAnsi="Calibri" w:cs="Calibri"/>
        </w:rPr>
        <w:t xml:space="preserve"> Christy Meers </w:t>
      </w:r>
    </w:p>
    <w:p w14:paraId="34670D4C" w14:textId="3DB08003" w:rsidR="005D2A91" w:rsidRPr="00326A17" w:rsidRDefault="00326A17" w:rsidP="00326A17">
      <w:pPr>
        <w:numPr>
          <w:ilvl w:val="0"/>
          <w:numId w:val="14"/>
        </w:numPr>
        <w:spacing w:after="0" w:line="240" w:lineRule="auto"/>
        <w:textAlignment w:val="center"/>
        <w:rPr>
          <w:rFonts w:ascii="Calibri" w:eastAsia="Times New Roman" w:hAnsi="Calibri" w:cs="Calibri"/>
        </w:rPr>
      </w:pPr>
      <w:r w:rsidRPr="00326A17">
        <w:rPr>
          <w:rFonts w:ascii="Calibri" w:eastAsia="Times New Roman" w:hAnsi="Calibri" w:cs="Calibri"/>
        </w:rPr>
        <w:t xml:space="preserve">Jim Hayurst says 8% </w:t>
      </w:r>
      <w:proofErr w:type="gramStart"/>
      <w:r w:rsidRPr="00326A17">
        <w:rPr>
          <w:rFonts w:ascii="Calibri" w:eastAsia="Times New Roman" w:hAnsi="Calibri" w:cs="Calibri"/>
        </w:rPr>
        <w:t>townhomes</w:t>
      </w:r>
      <w:proofErr w:type="gramEnd"/>
      <w:r w:rsidRPr="00326A17">
        <w:rPr>
          <w:rFonts w:ascii="Calibri" w:eastAsia="Times New Roman" w:hAnsi="Calibri" w:cs="Calibri"/>
        </w:rPr>
        <w:t xml:space="preserve"> go gas in Florida. </w:t>
      </w:r>
    </w:p>
    <w:p w14:paraId="687B3E77" w14:textId="1BD8C3BB" w:rsidR="000E45D5" w:rsidRPr="000E45D5" w:rsidRDefault="000E45D5" w:rsidP="000E45D5">
      <w:pPr>
        <w:pStyle w:val="Heading2"/>
        <w:rPr>
          <w:rFonts w:cstheme="majorHAnsi"/>
          <w:sz w:val="22"/>
          <w:szCs w:val="22"/>
        </w:rPr>
      </w:pPr>
      <w:r w:rsidRPr="000E45D5">
        <w:rPr>
          <w:rFonts w:cstheme="majorHAnsi"/>
          <w:sz w:val="22"/>
          <w:szCs w:val="22"/>
        </w:rPr>
        <w:t>Member Companies</w:t>
      </w:r>
    </w:p>
    <w:p w14:paraId="1ED591A1" w14:textId="3509C33C" w:rsidR="00B45E04" w:rsidRPr="007422A7" w:rsidRDefault="007422A7" w:rsidP="007422A7">
      <w:pPr>
        <w:rPr>
          <w:sz w:val="24"/>
          <w:szCs w:val="24"/>
        </w:rPr>
      </w:pPr>
      <w:r w:rsidRPr="007422A7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0288" behindDoc="0" locked="0" layoutInCell="1" allowOverlap="1" wp14:anchorId="061ADEFB" wp14:editId="6AB7A076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3148758" cy="2108694"/>
            <wp:effectExtent l="0" t="0" r="0" b="6350"/>
            <wp:wrapNone/>
            <wp:docPr id="532731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31596" name="Picture 53273159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8758" cy="2108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767" w:rsidRPr="007422A7">
        <w:rPr>
          <w:rFonts w:asciiTheme="majorHAnsi" w:hAnsiTheme="majorHAnsi" w:cstheme="majorHAnsi"/>
          <w:sz w:val="24"/>
          <w:szCs w:val="24"/>
        </w:rPr>
        <w:t xml:space="preserve"> </w:t>
      </w:r>
    </w:p>
    <w:sectPr w:rsidR="00B45E04" w:rsidRPr="007422A7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18723D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8B90261"/>
    <w:multiLevelType w:val="hybridMultilevel"/>
    <w:tmpl w:val="C1988E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E72512"/>
    <w:multiLevelType w:val="hybridMultilevel"/>
    <w:tmpl w:val="C14E8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DB761C"/>
    <w:multiLevelType w:val="hybridMultilevel"/>
    <w:tmpl w:val="82649E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52B1940"/>
    <w:multiLevelType w:val="hybridMultilevel"/>
    <w:tmpl w:val="4B4640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9F120B5"/>
    <w:multiLevelType w:val="multilevel"/>
    <w:tmpl w:val="D8E20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43839685">
    <w:abstractNumId w:val="8"/>
  </w:num>
  <w:num w:numId="2" w16cid:durableId="1459881047">
    <w:abstractNumId w:val="6"/>
  </w:num>
  <w:num w:numId="3" w16cid:durableId="355272626">
    <w:abstractNumId w:val="5"/>
  </w:num>
  <w:num w:numId="4" w16cid:durableId="1477066189">
    <w:abstractNumId w:val="4"/>
  </w:num>
  <w:num w:numId="5" w16cid:durableId="1486048683">
    <w:abstractNumId w:val="7"/>
  </w:num>
  <w:num w:numId="6" w16cid:durableId="973367378">
    <w:abstractNumId w:val="3"/>
  </w:num>
  <w:num w:numId="7" w16cid:durableId="1298292341">
    <w:abstractNumId w:val="2"/>
  </w:num>
  <w:num w:numId="8" w16cid:durableId="1931231210">
    <w:abstractNumId w:val="1"/>
  </w:num>
  <w:num w:numId="9" w16cid:durableId="893004933">
    <w:abstractNumId w:val="0"/>
  </w:num>
  <w:num w:numId="10" w16cid:durableId="435830446">
    <w:abstractNumId w:val="11"/>
  </w:num>
  <w:num w:numId="11" w16cid:durableId="805004269">
    <w:abstractNumId w:val="12"/>
  </w:num>
  <w:num w:numId="12" w16cid:durableId="1746295620">
    <w:abstractNumId w:val="8"/>
  </w:num>
  <w:num w:numId="13" w16cid:durableId="531267106">
    <w:abstractNumId w:val="9"/>
  </w:num>
  <w:num w:numId="14" w16cid:durableId="1984462327">
    <w:abstractNumId w:val="10"/>
  </w:num>
  <w:num w:numId="15" w16cid:durableId="159778960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593F"/>
    <w:rsid w:val="00034616"/>
    <w:rsid w:val="0004272C"/>
    <w:rsid w:val="0006063C"/>
    <w:rsid w:val="00065857"/>
    <w:rsid w:val="00085A9B"/>
    <w:rsid w:val="000B35DC"/>
    <w:rsid w:val="000D10F6"/>
    <w:rsid w:val="000D5D99"/>
    <w:rsid w:val="000E45D5"/>
    <w:rsid w:val="000E605C"/>
    <w:rsid w:val="00110C9D"/>
    <w:rsid w:val="00126F6A"/>
    <w:rsid w:val="00135CDA"/>
    <w:rsid w:val="0015074B"/>
    <w:rsid w:val="00161E04"/>
    <w:rsid w:val="00185B3C"/>
    <w:rsid w:val="001A790D"/>
    <w:rsid w:val="001C493D"/>
    <w:rsid w:val="001D203E"/>
    <w:rsid w:val="001F3C6A"/>
    <w:rsid w:val="00201AB3"/>
    <w:rsid w:val="002071D5"/>
    <w:rsid w:val="0021691A"/>
    <w:rsid w:val="00216C78"/>
    <w:rsid w:val="002261CD"/>
    <w:rsid w:val="00243803"/>
    <w:rsid w:val="002723C7"/>
    <w:rsid w:val="00284918"/>
    <w:rsid w:val="0029639D"/>
    <w:rsid w:val="002C375C"/>
    <w:rsid w:val="002C6AB4"/>
    <w:rsid w:val="00326A17"/>
    <w:rsid w:val="00326F90"/>
    <w:rsid w:val="0034387D"/>
    <w:rsid w:val="00380457"/>
    <w:rsid w:val="003B27C9"/>
    <w:rsid w:val="003C7A6F"/>
    <w:rsid w:val="003D160D"/>
    <w:rsid w:val="003D2CC8"/>
    <w:rsid w:val="003E67FD"/>
    <w:rsid w:val="004021F9"/>
    <w:rsid w:val="00485EC5"/>
    <w:rsid w:val="0049314A"/>
    <w:rsid w:val="004B6950"/>
    <w:rsid w:val="004C0C18"/>
    <w:rsid w:val="0050227A"/>
    <w:rsid w:val="005049F6"/>
    <w:rsid w:val="0051349B"/>
    <w:rsid w:val="0053473B"/>
    <w:rsid w:val="0055090A"/>
    <w:rsid w:val="00550A03"/>
    <w:rsid w:val="00590396"/>
    <w:rsid w:val="00595457"/>
    <w:rsid w:val="005D2A91"/>
    <w:rsid w:val="005E679B"/>
    <w:rsid w:val="00642E6A"/>
    <w:rsid w:val="00661D77"/>
    <w:rsid w:val="00671003"/>
    <w:rsid w:val="00671EFC"/>
    <w:rsid w:val="006F5C17"/>
    <w:rsid w:val="00700653"/>
    <w:rsid w:val="00704D2E"/>
    <w:rsid w:val="00704E3E"/>
    <w:rsid w:val="00711ACA"/>
    <w:rsid w:val="00734921"/>
    <w:rsid w:val="007422A7"/>
    <w:rsid w:val="00773CC7"/>
    <w:rsid w:val="00774171"/>
    <w:rsid w:val="007750DF"/>
    <w:rsid w:val="007807AB"/>
    <w:rsid w:val="007A1889"/>
    <w:rsid w:val="007C642B"/>
    <w:rsid w:val="007D0F98"/>
    <w:rsid w:val="007D7C29"/>
    <w:rsid w:val="007F6AAE"/>
    <w:rsid w:val="00801EB3"/>
    <w:rsid w:val="00842417"/>
    <w:rsid w:val="00874DA9"/>
    <w:rsid w:val="00891F5A"/>
    <w:rsid w:val="00893EC7"/>
    <w:rsid w:val="008A21CC"/>
    <w:rsid w:val="008C061B"/>
    <w:rsid w:val="008C6562"/>
    <w:rsid w:val="00910767"/>
    <w:rsid w:val="00910F6F"/>
    <w:rsid w:val="00922B2B"/>
    <w:rsid w:val="00927640"/>
    <w:rsid w:val="00953E8A"/>
    <w:rsid w:val="00974563"/>
    <w:rsid w:val="00983153"/>
    <w:rsid w:val="00984CE4"/>
    <w:rsid w:val="0098744D"/>
    <w:rsid w:val="00992C22"/>
    <w:rsid w:val="00996006"/>
    <w:rsid w:val="009A1964"/>
    <w:rsid w:val="009A3504"/>
    <w:rsid w:val="009D5A12"/>
    <w:rsid w:val="00A50D68"/>
    <w:rsid w:val="00A75A73"/>
    <w:rsid w:val="00A86B57"/>
    <w:rsid w:val="00A93206"/>
    <w:rsid w:val="00A94AA4"/>
    <w:rsid w:val="00A9650A"/>
    <w:rsid w:val="00AA1D8D"/>
    <w:rsid w:val="00AB4A3F"/>
    <w:rsid w:val="00AD480F"/>
    <w:rsid w:val="00AD6690"/>
    <w:rsid w:val="00AD7BBB"/>
    <w:rsid w:val="00AE1449"/>
    <w:rsid w:val="00B0262F"/>
    <w:rsid w:val="00B31CFA"/>
    <w:rsid w:val="00B37716"/>
    <w:rsid w:val="00B43A64"/>
    <w:rsid w:val="00B45E04"/>
    <w:rsid w:val="00B47730"/>
    <w:rsid w:val="00B5125D"/>
    <w:rsid w:val="00B67D9E"/>
    <w:rsid w:val="00B728E8"/>
    <w:rsid w:val="00BA4FED"/>
    <w:rsid w:val="00BA72A7"/>
    <w:rsid w:val="00BE6295"/>
    <w:rsid w:val="00C13E78"/>
    <w:rsid w:val="00C14BF6"/>
    <w:rsid w:val="00C21ACC"/>
    <w:rsid w:val="00C229DD"/>
    <w:rsid w:val="00C24334"/>
    <w:rsid w:val="00C40BE7"/>
    <w:rsid w:val="00C550CC"/>
    <w:rsid w:val="00C70B28"/>
    <w:rsid w:val="00CA0686"/>
    <w:rsid w:val="00CA380D"/>
    <w:rsid w:val="00CB0664"/>
    <w:rsid w:val="00CB620E"/>
    <w:rsid w:val="00CF201F"/>
    <w:rsid w:val="00D33A25"/>
    <w:rsid w:val="00D36A7A"/>
    <w:rsid w:val="00D36D83"/>
    <w:rsid w:val="00D71DB4"/>
    <w:rsid w:val="00D87957"/>
    <w:rsid w:val="00D9177E"/>
    <w:rsid w:val="00DA0758"/>
    <w:rsid w:val="00DA25AA"/>
    <w:rsid w:val="00DD5F42"/>
    <w:rsid w:val="00DE067B"/>
    <w:rsid w:val="00DE334A"/>
    <w:rsid w:val="00E33321"/>
    <w:rsid w:val="00E763F3"/>
    <w:rsid w:val="00E972FD"/>
    <w:rsid w:val="00EB3286"/>
    <w:rsid w:val="00EB6DEB"/>
    <w:rsid w:val="00ED6800"/>
    <w:rsid w:val="00F10365"/>
    <w:rsid w:val="00F31DF8"/>
    <w:rsid w:val="00F362CE"/>
    <w:rsid w:val="00F764D7"/>
    <w:rsid w:val="00F8401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AE5B52"/>
  <w14:defaultImageDpi w14:val="300"/>
  <w15:docId w15:val="{2E809052-C48D-F245-9ABC-5DC6C06DB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Revision">
    <w:name w:val="Revision"/>
    <w:hidden/>
    <w:uiPriority w:val="99"/>
    <w:semiHidden/>
    <w:rsid w:val="00AB4A3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960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60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60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60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600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E144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144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84C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313</Words>
  <Characters>1796</Characters>
  <Application>Microsoft Office Word</Application>
  <DocSecurity>0</DocSecurity>
  <Lines>112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Rob Divenere</cp:lastModifiedBy>
  <cp:revision>7</cp:revision>
  <dcterms:created xsi:type="dcterms:W3CDTF">2026-05-14T19:05:00Z</dcterms:created>
  <dcterms:modified xsi:type="dcterms:W3CDTF">2026-06-11T14:16:00Z</dcterms:modified>
  <cp:category/>
</cp:coreProperties>
</file>