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D912F" w14:textId="2EAC06D9" w:rsidR="0049314A" w:rsidRPr="00243803" w:rsidRDefault="004021F9" w:rsidP="00243803">
      <w:pPr>
        <w:pStyle w:val="Heading2"/>
        <w:jc w:val="center"/>
        <w:rPr>
          <w:rFonts w:cstheme="majorHAnsi"/>
          <w:sz w:val="28"/>
          <w:szCs w:val="28"/>
        </w:rPr>
      </w:pPr>
      <w:r>
        <w:rPr>
          <w:rFonts w:cstheme="majorHAnsi"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639B2D35" wp14:editId="2F9E0E9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152775" cy="1144270"/>
            <wp:effectExtent l="0" t="0" r="9525" b="0"/>
            <wp:wrapTopAndBottom/>
            <wp:docPr id="300638666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638666" name="Picture 1" descr="A logo with text on i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73B" w:rsidRPr="00243803">
        <w:rPr>
          <w:rFonts w:cstheme="majorHAnsi"/>
          <w:sz w:val="28"/>
          <w:szCs w:val="28"/>
        </w:rPr>
        <w:fldChar w:fldCharType="begin"/>
      </w:r>
      <w:r w:rsidR="003F072B">
        <w:rPr>
          <w:rFonts w:cstheme="majorHAnsi"/>
          <w:sz w:val="28"/>
          <w:szCs w:val="28"/>
        </w:rPr>
        <w:instrText xml:space="preserve"> INCLUDEPICTURE "https://aga1-my.sharepoint.com/Users/robsjawn/Library/Group%20Containers/UBF8T346G9.ms/WebArchiveCopyPasteTempFiles/com.microsoft.Word/raw?se=2025-08-25T20%3A36%3A56Z&amp;sp=r&amp;sv=2024-08-04&amp;sr=b&amp;scid=d329ffce-2b38-5902-b77f-bf80a9535bdb&amp;skoid=24a7dec3-38fc-4904-b888-8abe0855c442&amp;sktid=a48cca56-e6da-484e-a814-9c849652bcb3&amp;skt=2025-08-25T17%3A27%3A36Z&amp;ske=2025-08-26T17%3A27%3A36Z&amp;sks=b&amp;skv=2024-08-04&amp;sig=Uc9HGS5m4v520ER%2BzEPw3ER8flJh%2B%2BEJyBg9KOKwB5c%3D" \* MERGEFORMAT </w:instrText>
      </w:r>
      <w:r w:rsidR="0053473B" w:rsidRPr="00243803">
        <w:rPr>
          <w:rFonts w:cstheme="majorHAnsi"/>
          <w:sz w:val="28"/>
          <w:szCs w:val="28"/>
        </w:rPr>
        <w:fldChar w:fldCharType="separate"/>
      </w:r>
      <w:r w:rsidR="0053473B" w:rsidRPr="00243803">
        <w:rPr>
          <w:rFonts w:cstheme="majorHAnsi"/>
          <w:sz w:val="28"/>
          <w:szCs w:val="28"/>
        </w:rPr>
        <w:fldChar w:fldCharType="end"/>
      </w:r>
      <w:r w:rsidR="0053473B" w:rsidRPr="00243803">
        <w:rPr>
          <w:rFonts w:cstheme="majorHAnsi"/>
          <w:sz w:val="28"/>
          <w:szCs w:val="28"/>
        </w:rPr>
        <w:fldChar w:fldCharType="begin"/>
      </w:r>
      <w:r w:rsidR="003F072B">
        <w:rPr>
          <w:rFonts w:cstheme="majorHAnsi"/>
          <w:sz w:val="28"/>
          <w:szCs w:val="28"/>
        </w:rPr>
        <w:instrText xml:space="preserve"> INCLUDEPICTURE "https://aga1-my.sharepoint.com/Users/robsjawn/Library/Group%20Containers/UBF8T346G9.ms/WebArchiveCopyPasteTempFiles/com.microsoft.Word/raw?se=2025-08-25T20%3A36%3A56Z&amp;sp=r&amp;sv=2024-08-04&amp;sr=b&amp;scid=d329ffce-2b38-5902-b77f-bf80a9535bdb&amp;skoid=24a7dec3-38fc-4904-b888-8abe0855c442&amp;sktid=a48cca56-e6da-484e-a814-9c849652bcb3&amp;skt=2025-08-25T17%3A27%3A36Z&amp;ske=2025-08-26T17%3A27%3A36Z&amp;sks=b&amp;skv=2024-08-04&amp;sig=Uc9HGS5m4v520ER%2BzEPw3ER8flJh%2B%2BEJyBg9KOKwB5c%3D" \* MERGEFORMAT </w:instrText>
      </w:r>
      <w:r w:rsidR="0053473B" w:rsidRPr="00243803">
        <w:rPr>
          <w:rFonts w:cstheme="majorHAnsi"/>
          <w:sz w:val="28"/>
          <w:szCs w:val="28"/>
        </w:rPr>
        <w:fldChar w:fldCharType="separate"/>
      </w:r>
      <w:r w:rsidR="0053473B" w:rsidRPr="00243803">
        <w:rPr>
          <w:rFonts w:cstheme="majorHAnsi"/>
          <w:sz w:val="28"/>
          <w:szCs w:val="28"/>
        </w:rPr>
        <w:fldChar w:fldCharType="end"/>
      </w:r>
      <w:r w:rsidR="00922B2B" w:rsidRPr="00243803">
        <w:rPr>
          <w:rFonts w:cstheme="majorHAnsi"/>
          <w:sz w:val="28"/>
          <w:szCs w:val="28"/>
        </w:rPr>
        <w:t>Residential</w:t>
      </w:r>
      <w:r w:rsidR="00243803">
        <w:rPr>
          <w:rFonts w:cstheme="majorHAnsi"/>
          <w:sz w:val="28"/>
          <w:szCs w:val="28"/>
        </w:rPr>
        <w:t xml:space="preserve"> / Multi-Family</w:t>
      </w:r>
      <w:r w:rsidR="00922B2B" w:rsidRPr="00243803">
        <w:rPr>
          <w:rFonts w:cstheme="majorHAnsi"/>
          <w:sz w:val="28"/>
          <w:szCs w:val="28"/>
        </w:rPr>
        <w:t xml:space="preserve"> Consortium </w:t>
      </w:r>
      <w:r w:rsidR="0053473B" w:rsidRPr="00243803">
        <w:rPr>
          <w:rFonts w:cstheme="majorHAnsi"/>
          <w:sz w:val="28"/>
          <w:szCs w:val="28"/>
        </w:rPr>
        <w:t>Agenda</w:t>
      </w:r>
    </w:p>
    <w:p w14:paraId="130796A3" w14:textId="112D6C57" w:rsidR="0049314A" w:rsidRPr="00B728E8" w:rsidRDefault="005E679B">
      <w:pPr>
        <w:rPr>
          <w:rFonts w:asciiTheme="majorHAnsi" w:hAnsiTheme="majorHAnsi" w:cstheme="majorHAnsi"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HAnsi" w:hAnsiTheme="majorHAnsi" w:cstheme="majorHAnsi"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1/8/2026</w:t>
      </w:r>
    </w:p>
    <w:p w14:paraId="6A2A87B0" w14:textId="5BC14B75" w:rsidR="00BE6295" w:rsidRDefault="00BE6295">
      <w:pPr>
        <w:pStyle w:val="Heading2"/>
        <w:rPr>
          <w:rFonts w:cstheme="majorHAnsi"/>
          <w:sz w:val="28"/>
          <w:szCs w:val="28"/>
        </w:rPr>
      </w:pPr>
      <w:r w:rsidRPr="00B728E8">
        <w:rPr>
          <w:rFonts w:cstheme="majorHAnsi"/>
          <w:sz w:val="28"/>
          <w:szCs w:val="28"/>
        </w:rPr>
        <w:t>Financial outlook</w:t>
      </w:r>
    </w:p>
    <w:p w14:paraId="62B1A033" w14:textId="46A39FFE" w:rsidR="005E679B" w:rsidRPr="005E679B" w:rsidRDefault="005E679B" w:rsidP="005E679B">
      <w:pPr>
        <w:pStyle w:val="ListParagraph"/>
        <w:numPr>
          <w:ilvl w:val="0"/>
          <w:numId w:val="11"/>
        </w:numPr>
      </w:pPr>
      <w:r>
        <w:t>$14k left in the budget</w:t>
      </w:r>
    </w:p>
    <w:p w14:paraId="5EC53D17" w14:textId="77777777" w:rsidR="0049314A" w:rsidRPr="00B728E8" w:rsidRDefault="00BE6295">
      <w:pPr>
        <w:pStyle w:val="Heading2"/>
        <w:rPr>
          <w:rFonts w:cstheme="majorHAnsi"/>
          <w:sz w:val="28"/>
          <w:szCs w:val="28"/>
        </w:rPr>
      </w:pPr>
      <w:r w:rsidRPr="00B728E8">
        <w:rPr>
          <w:rFonts w:cstheme="majorHAnsi"/>
          <w:sz w:val="28"/>
          <w:szCs w:val="28"/>
        </w:rPr>
        <w:t>Residential Tool Update</w:t>
      </w:r>
    </w:p>
    <w:p w14:paraId="407C176A" w14:textId="77777777" w:rsidR="00243803" w:rsidRDefault="00243803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We have decided that Spreadsheet Web will be the best choice for web basing this tool.</w:t>
      </w:r>
    </w:p>
    <w:p w14:paraId="446EE5B4" w14:textId="52D1B387" w:rsidR="00201AB3" w:rsidRDefault="00201AB3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 w:rsidRPr="00201AB3">
        <w:rPr>
          <w:rFonts w:asciiTheme="majorHAnsi" w:hAnsiTheme="majorHAnsi" w:cstheme="majorHAnsi"/>
          <w:sz w:val="24"/>
          <w:szCs w:val="24"/>
        </w:rPr>
        <w:t xml:space="preserve">This is a reputable company that specializes in </w:t>
      </w:r>
      <w:proofErr w:type="gramStart"/>
      <w:r w:rsidRPr="00201AB3">
        <w:rPr>
          <w:rFonts w:asciiTheme="majorHAnsi" w:hAnsiTheme="majorHAnsi" w:cstheme="majorHAnsi"/>
          <w:sz w:val="24"/>
          <w:szCs w:val="24"/>
        </w:rPr>
        <w:t>web basing</w:t>
      </w:r>
      <w:proofErr w:type="gramEnd"/>
      <w:r w:rsidRPr="00201AB3">
        <w:rPr>
          <w:rFonts w:asciiTheme="majorHAnsi" w:hAnsiTheme="majorHAnsi" w:cstheme="majorHAnsi"/>
          <w:sz w:val="24"/>
          <w:szCs w:val="24"/>
        </w:rPr>
        <w:t xml:space="preserve"> excel tools</w:t>
      </w:r>
      <w:r w:rsidR="00135CDA">
        <w:rPr>
          <w:rFonts w:asciiTheme="majorHAnsi" w:hAnsiTheme="majorHAnsi" w:cstheme="majorHAnsi"/>
          <w:sz w:val="24"/>
          <w:szCs w:val="24"/>
        </w:rPr>
        <w:t>.</w:t>
      </w:r>
    </w:p>
    <w:p w14:paraId="001E06AB" w14:textId="757106AC" w:rsidR="00CF201F" w:rsidRPr="00201AB3" w:rsidRDefault="00243803" w:rsidP="00201AB3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The cost to </w:t>
      </w:r>
      <w:r w:rsidR="00CF201F">
        <w:rPr>
          <w:rFonts w:asciiTheme="majorHAnsi" w:hAnsiTheme="majorHAnsi" w:cstheme="majorHAnsi"/>
          <w:sz w:val="24"/>
          <w:szCs w:val="24"/>
        </w:rPr>
        <w:t xml:space="preserve">implement this work would be $3k or less. </w:t>
      </w:r>
    </w:p>
    <w:p w14:paraId="77E873EE" w14:textId="403AD38D" w:rsidR="00A93206" w:rsidRDefault="00161E04" w:rsidP="002261CD">
      <w:pPr>
        <w:pStyle w:val="ListBullet"/>
        <w:rPr>
          <w:rFonts w:asciiTheme="majorHAnsi" w:hAnsiTheme="majorHAnsi" w:cstheme="majorHAnsi"/>
          <w:sz w:val="24"/>
          <w:szCs w:val="24"/>
        </w:rPr>
      </w:pPr>
      <w:r w:rsidRPr="00B728E8">
        <w:rPr>
          <w:rFonts w:asciiTheme="majorHAnsi" w:hAnsiTheme="majorHAnsi" w:cstheme="majorHAnsi"/>
          <w:sz w:val="24"/>
          <w:szCs w:val="24"/>
        </w:rPr>
        <w:t xml:space="preserve">Branded versions will be available </w:t>
      </w:r>
      <w:r w:rsidR="00704D2E">
        <w:rPr>
          <w:rFonts w:asciiTheme="majorHAnsi" w:hAnsiTheme="majorHAnsi" w:cstheme="majorHAnsi"/>
          <w:sz w:val="24"/>
          <w:szCs w:val="24"/>
        </w:rPr>
        <w:t xml:space="preserve">in the future </w:t>
      </w:r>
      <w:r w:rsidRPr="00B728E8">
        <w:rPr>
          <w:rFonts w:asciiTheme="majorHAnsi" w:hAnsiTheme="majorHAnsi" w:cstheme="majorHAnsi"/>
          <w:sz w:val="24"/>
          <w:szCs w:val="24"/>
        </w:rPr>
        <w:t xml:space="preserve">to members at an additional cost </w:t>
      </w:r>
      <w:r w:rsidR="00126F6A" w:rsidRPr="00B728E8">
        <w:rPr>
          <w:rFonts w:asciiTheme="majorHAnsi" w:hAnsiTheme="majorHAnsi" w:cstheme="majorHAnsi"/>
          <w:sz w:val="24"/>
          <w:szCs w:val="24"/>
        </w:rPr>
        <w:t xml:space="preserve">– logo, </w:t>
      </w:r>
      <w:r w:rsidR="00671EFC" w:rsidRPr="00B728E8">
        <w:rPr>
          <w:rFonts w:asciiTheme="majorHAnsi" w:hAnsiTheme="majorHAnsi" w:cstheme="majorHAnsi"/>
          <w:sz w:val="24"/>
          <w:szCs w:val="24"/>
        </w:rPr>
        <w:t>show only states where each company serves and input gas rates. Still use EIA for avg state rates.</w:t>
      </w:r>
      <w:r w:rsidR="00704D2E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7193E745" w14:textId="079C6EA3" w:rsidR="00135CDA" w:rsidRDefault="00704D2E" w:rsidP="00135CDA">
      <w:pPr>
        <w:pStyle w:val="ListBulle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We have not determined the cost yet for these branded versions. </w:t>
      </w:r>
    </w:p>
    <w:p w14:paraId="091D9C18" w14:textId="77777777" w:rsidR="00AD7BBB" w:rsidRDefault="00AD7BBB" w:rsidP="00135CDA">
      <w:pPr>
        <w:pStyle w:val="Heading2"/>
        <w:rPr>
          <w:rFonts w:cstheme="majorHAnsi"/>
          <w:sz w:val="28"/>
          <w:szCs w:val="28"/>
        </w:rPr>
      </w:pPr>
      <w:r>
        <w:rPr>
          <w:rFonts w:cstheme="majorHAnsi"/>
          <w:sz w:val="28"/>
          <w:szCs w:val="28"/>
        </w:rPr>
        <w:t xml:space="preserve">Outdoor Living Website </w:t>
      </w:r>
    </w:p>
    <w:p w14:paraId="524B4150" w14:textId="46A19DDD" w:rsidR="00485EC5" w:rsidRDefault="00485EC5" w:rsidP="00485EC5">
      <w:pPr>
        <w:pStyle w:val="ListParagraph"/>
        <w:numPr>
          <w:ilvl w:val="0"/>
          <w:numId w:val="11"/>
        </w:numPr>
      </w:pPr>
      <w:r w:rsidRPr="00485EC5">
        <w:t>https://outdoorroomdesign.com</w:t>
      </w:r>
    </w:p>
    <w:p w14:paraId="268BA7E9" w14:textId="0D4D95BA" w:rsidR="00AE1449" w:rsidRDefault="00AE1449" w:rsidP="00AD7BBB">
      <w:pPr>
        <w:pStyle w:val="ListParagraph"/>
        <w:numPr>
          <w:ilvl w:val="0"/>
          <w:numId w:val="11"/>
        </w:numPr>
      </w:pPr>
      <w:r>
        <w:t>This was an old website that we just brought back</w:t>
      </w:r>
      <w:r w:rsidR="00C24334">
        <w:t>.</w:t>
      </w:r>
    </w:p>
    <w:p w14:paraId="3229B9AE" w14:textId="0FA36352" w:rsidR="00AE1449" w:rsidRDefault="00AE1449" w:rsidP="00AD7BBB">
      <w:pPr>
        <w:pStyle w:val="ListParagraph"/>
        <w:numPr>
          <w:ilvl w:val="0"/>
          <w:numId w:val="11"/>
        </w:numPr>
      </w:pPr>
      <w:r>
        <w:t xml:space="preserve">The company that </w:t>
      </w:r>
      <w:r w:rsidR="00C24334">
        <w:t>we used for the Outdoor Room Design has gone out of business.</w:t>
      </w:r>
    </w:p>
    <w:p w14:paraId="700404BF" w14:textId="5BF793FD" w:rsidR="00C24334" w:rsidRDefault="00C24334" w:rsidP="00AD7BBB">
      <w:pPr>
        <w:pStyle w:val="ListParagraph"/>
        <w:numPr>
          <w:ilvl w:val="0"/>
          <w:numId w:val="11"/>
        </w:numPr>
      </w:pPr>
      <w:r>
        <w:t xml:space="preserve">This site needs some </w:t>
      </w:r>
      <w:proofErr w:type="gramStart"/>
      <w:r>
        <w:t>updating</w:t>
      </w:r>
      <w:proofErr w:type="gramEnd"/>
      <w:r w:rsidR="00380457">
        <w:t>.</w:t>
      </w:r>
      <w:r>
        <w:t xml:space="preserve"> </w:t>
      </w:r>
    </w:p>
    <w:p w14:paraId="54A503D7" w14:textId="2D6377CC" w:rsidR="00380457" w:rsidRDefault="00380457" w:rsidP="00AD7BBB">
      <w:pPr>
        <w:pStyle w:val="ListParagraph"/>
        <w:numPr>
          <w:ilvl w:val="0"/>
          <w:numId w:val="11"/>
        </w:numPr>
      </w:pPr>
      <w:r>
        <w:t>We plan to use this as an educational resource going forward.</w:t>
      </w:r>
    </w:p>
    <w:p w14:paraId="0FA10BE4" w14:textId="4F70CA30" w:rsidR="003E67FD" w:rsidRPr="00AD7BBB" w:rsidRDefault="009F3281" w:rsidP="00AD7BBB">
      <w:pPr>
        <w:pStyle w:val="ListParagraph"/>
        <w:numPr>
          <w:ilvl w:val="0"/>
          <w:numId w:val="11"/>
        </w:numPr>
      </w:pPr>
      <w:r>
        <w:t xml:space="preserve">Samantha Moore recommended that we add Generators to the website. </w:t>
      </w:r>
    </w:p>
    <w:p w14:paraId="0349D787" w14:textId="5E65F966" w:rsidR="00135CDA" w:rsidRDefault="00135CDA" w:rsidP="00135CDA">
      <w:pPr>
        <w:pStyle w:val="Heading2"/>
        <w:rPr>
          <w:rFonts w:cstheme="majorHAnsi"/>
          <w:sz w:val="28"/>
          <w:szCs w:val="28"/>
        </w:rPr>
      </w:pPr>
      <w:r w:rsidRPr="00135CDA">
        <w:rPr>
          <w:rFonts w:cstheme="majorHAnsi"/>
          <w:sz w:val="28"/>
          <w:szCs w:val="28"/>
        </w:rPr>
        <w:t xml:space="preserve">Round Table Discussion </w:t>
      </w:r>
    </w:p>
    <w:p w14:paraId="46930698" w14:textId="13569666" w:rsidR="00135CDA" w:rsidRDefault="005049F6" w:rsidP="00135CD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284918">
        <w:rPr>
          <w:sz w:val="24"/>
          <w:szCs w:val="24"/>
        </w:rPr>
        <w:t xml:space="preserve">Share customer success stories </w:t>
      </w:r>
    </w:p>
    <w:p w14:paraId="28C4F2DA" w14:textId="72D00778" w:rsidR="00671003" w:rsidRDefault="00671003" w:rsidP="00135CDA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New projects </w:t>
      </w:r>
    </w:p>
    <w:p w14:paraId="13F11B95" w14:textId="77777777" w:rsidR="0020335B" w:rsidRDefault="0020335B" w:rsidP="009F3281">
      <w:pPr>
        <w:pStyle w:val="Heading2"/>
        <w:rPr>
          <w:rFonts w:cstheme="majorHAnsi"/>
          <w:sz w:val="28"/>
          <w:szCs w:val="28"/>
        </w:rPr>
      </w:pPr>
      <w:r>
        <w:rPr>
          <w:rFonts w:cstheme="majorHAnsi"/>
          <w:sz w:val="28"/>
          <w:szCs w:val="28"/>
        </w:rPr>
        <w:t>Attendees</w:t>
      </w:r>
    </w:p>
    <w:p w14:paraId="1ADE1A43" w14:textId="52E36385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Don Armitage — Enbridge</w:t>
      </w:r>
    </w:p>
    <w:p w14:paraId="55A24D56" w14:textId="0C5173D2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Marcus Arnold — Summit Utilities</w:t>
      </w:r>
    </w:p>
    <w:p w14:paraId="4E7DC3A5" w14:textId="2601F3F7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Mary-Kay Bryja — Citizens Energy Group</w:t>
      </w:r>
    </w:p>
    <w:p w14:paraId="49C75DE4" w14:textId="70D70C63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Valorie Dalton — Citizens Energy Group</w:t>
      </w:r>
    </w:p>
    <w:p w14:paraId="0069E294" w14:textId="375DD0B1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Vincent Fiorelli — Chesapeake Utilities</w:t>
      </w:r>
    </w:p>
    <w:p w14:paraId="7925E6B5" w14:textId="652A5E41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lastRenderedPageBreak/>
        <w:t>Brenda Hartzog — NW Natural</w:t>
      </w:r>
    </w:p>
    <w:p w14:paraId="3E10AEA2" w14:textId="4D84E788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Leslie M. Hubbell — Duke Energy</w:t>
      </w:r>
    </w:p>
    <w:p w14:paraId="21084EE6" w14:textId="6568AB2E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Shannon Jackson — Southeast Gas</w:t>
      </w:r>
    </w:p>
    <w:p w14:paraId="56C7A36C" w14:textId="592FD746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Stephen Kelly — Summit Utilities</w:t>
      </w:r>
    </w:p>
    <w:p w14:paraId="43D54638" w14:textId="1CF234E2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Erik Lindsay — SEMCO Energy</w:t>
      </w:r>
    </w:p>
    <w:p w14:paraId="67F39FF8" w14:textId="66E5FF2B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Christy Meers — Spire Energy</w:t>
      </w:r>
    </w:p>
    <w:p w14:paraId="084CCDD4" w14:textId="0EE1E1F6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Samantha Moore — NW Natural</w:t>
      </w:r>
    </w:p>
    <w:p w14:paraId="0581049A" w14:textId="131F9C87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Justin Pool — NW Natural</w:t>
      </w:r>
    </w:p>
    <w:p w14:paraId="419A3F78" w14:textId="7CFBE091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Beth W. Potts — Duke Energy</w:t>
      </w:r>
    </w:p>
    <w:p w14:paraId="5581A8EC" w14:textId="51CED0AD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Jeffrey H. Sinclair — Citizens Energy Group</w:t>
      </w:r>
    </w:p>
    <w:p w14:paraId="6A3A46C4" w14:textId="1C39E572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Connor Staton — Enbridge</w:t>
      </w:r>
    </w:p>
    <w:p w14:paraId="58B9AFA8" w14:textId="6245E9CE" w:rsidR="00C1791C" w:rsidRPr="00C0125E" w:rsidRDefault="00C1791C" w:rsidP="00C1791C">
      <w:pPr>
        <w:pStyle w:val="ListParagraph"/>
        <w:numPr>
          <w:ilvl w:val="0"/>
          <w:numId w:val="11"/>
        </w:numPr>
      </w:pPr>
      <w:r w:rsidRPr="00C0125E">
        <w:t>Jeffrey Tamburro — NW Natural</w:t>
      </w:r>
    </w:p>
    <w:p w14:paraId="36038AC8" w14:textId="6694B3CB" w:rsidR="009F3281" w:rsidRDefault="009F3281" w:rsidP="009F3281">
      <w:pPr>
        <w:pStyle w:val="Heading2"/>
        <w:rPr>
          <w:rFonts w:cstheme="majorHAnsi"/>
          <w:sz w:val="28"/>
          <w:szCs w:val="28"/>
        </w:rPr>
      </w:pPr>
    </w:p>
    <w:p w14:paraId="48752EA7" w14:textId="77777777" w:rsidR="009F3281" w:rsidRPr="009F3281" w:rsidRDefault="009F3281" w:rsidP="009F3281">
      <w:pPr>
        <w:rPr>
          <w:sz w:val="24"/>
          <w:szCs w:val="24"/>
        </w:rPr>
      </w:pPr>
    </w:p>
    <w:p w14:paraId="18EC072E" w14:textId="7ECF94CB" w:rsidR="0049314A" w:rsidRPr="008C6562" w:rsidRDefault="0049314A" w:rsidP="00F764D7">
      <w:pPr>
        <w:pStyle w:val="ListBullet"/>
        <w:numPr>
          <w:ilvl w:val="0"/>
          <w:numId w:val="0"/>
        </w:numPr>
        <w:ind w:left="360"/>
        <w:rPr>
          <w:rFonts w:asciiTheme="majorHAnsi" w:hAnsiTheme="majorHAnsi" w:cstheme="majorHAnsi"/>
          <w:sz w:val="24"/>
          <w:szCs w:val="24"/>
        </w:rPr>
      </w:pPr>
    </w:p>
    <w:sectPr w:rsidR="0049314A" w:rsidRPr="008C65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8723D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ADB761C"/>
    <w:multiLevelType w:val="hybridMultilevel"/>
    <w:tmpl w:val="82649E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52B1940"/>
    <w:multiLevelType w:val="hybridMultilevel"/>
    <w:tmpl w:val="E81CF9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43839685">
    <w:abstractNumId w:val="8"/>
  </w:num>
  <w:num w:numId="2" w16cid:durableId="1459881047">
    <w:abstractNumId w:val="6"/>
  </w:num>
  <w:num w:numId="3" w16cid:durableId="355272626">
    <w:abstractNumId w:val="5"/>
  </w:num>
  <w:num w:numId="4" w16cid:durableId="1477066189">
    <w:abstractNumId w:val="4"/>
  </w:num>
  <w:num w:numId="5" w16cid:durableId="1486048683">
    <w:abstractNumId w:val="7"/>
  </w:num>
  <w:num w:numId="6" w16cid:durableId="973367378">
    <w:abstractNumId w:val="3"/>
  </w:num>
  <w:num w:numId="7" w16cid:durableId="1298292341">
    <w:abstractNumId w:val="2"/>
  </w:num>
  <w:num w:numId="8" w16cid:durableId="1931231210">
    <w:abstractNumId w:val="1"/>
  </w:num>
  <w:num w:numId="9" w16cid:durableId="893004933">
    <w:abstractNumId w:val="0"/>
  </w:num>
  <w:num w:numId="10" w16cid:durableId="435830446">
    <w:abstractNumId w:val="9"/>
  </w:num>
  <w:num w:numId="11" w16cid:durableId="805004269">
    <w:abstractNumId w:val="10"/>
  </w:num>
  <w:num w:numId="12" w16cid:durableId="17462956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93F"/>
    <w:rsid w:val="00034616"/>
    <w:rsid w:val="0004272C"/>
    <w:rsid w:val="0006063C"/>
    <w:rsid w:val="00085A9B"/>
    <w:rsid w:val="000D10F6"/>
    <w:rsid w:val="000D5D99"/>
    <w:rsid w:val="00126F6A"/>
    <w:rsid w:val="00135CDA"/>
    <w:rsid w:val="0015074B"/>
    <w:rsid w:val="00161E04"/>
    <w:rsid w:val="00185B3C"/>
    <w:rsid w:val="001A790D"/>
    <w:rsid w:val="001D203E"/>
    <w:rsid w:val="00201AB3"/>
    <w:rsid w:val="0020335B"/>
    <w:rsid w:val="002071D5"/>
    <w:rsid w:val="0021691A"/>
    <w:rsid w:val="002261CD"/>
    <w:rsid w:val="00243803"/>
    <w:rsid w:val="002723C7"/>
    <w:rsid w:val="00284918"/>
    <w:rsid w:val="0029639D"/>
    <w:rsid w:val="002C6AB4"/>
    <w:rsid w:val="00326F90"/>
    <w:rsid w:val="0034387D"/>
    <w:rsid w:val="00380457"/>
    <w:rsid w:val="003C7A6F"/>
    <w:rsid w:val="003D160D"/>
    <w:rsid w:val="003D2CC8"/>
    <w:rsid w:val="003E67FD"/>
    <w:rsid w:val="003F072B"/>
    <w:rsid w:val="004021F9"/>
    <w:rsid w:val="00485EC5"/>
    <w:rsid w:val="0049314A"/>
    <w:rsid w:val="005049F6"/>
    <w:rsid w:val="0051349B"/>
    <w:rsid w:val="0053473B"/>
    <w:rsid w:val="00595457"/>
    <w:rsid w:val="005E679B"/>
    <w:rsid w:val="00642E6A"/>
    <w:rsid w:val="00671003"/>
    <w:rsid w:val="00671EFC"/>
    <w:rsid w:val="006F5C17"/>
    <w:rsid w:val="00704D2E"/>
    <w:rsid w:val="00704E3E"/>
    <w:rsid w:val="00734921"/>
    <w:rsid w:val="00773CC7"/>
    <w:rsid w:val="007750DF"/>
    <w:rsid w:val="007807AB"/>
    <w:rsid w:val="007A1889"/>
    <w:rsid w:val="007D0F98"/>
    <w:rsid w:val="00801EB3"/>
    <w:rsid w:val="00842417"/>
    <w:rsid w:val="00874DA9"/>
    <w:rsid w:val="00893EC7"/>
    <w:rsid w:val="008A21CC"/>
    <w:rsid w:val="008C6562"/>
    <w:rsid w:val="00922B2B"/>
    <w:rsid w:val="00953E8A"/>
    <w:rsid w:val="00974563"/>
    <w:rsid w:val="00984CE4"/>
    <w:rsid w:val="0098744D"/>
    <w:rsid w:val="00992C22"/>
    <w:rsid w:val="00996006"/>
    <w:rsid w:val="009A3504"/>
    <w:rsid w:val="009D5A12"/>
    <w:rsid w:val="009F3281"/>
    <w:rsid w:val="00A50D68"/>
    <w:rsid w:val="00A75A73"/>
    <w:rsid w:val="00A93206"/>
    <w:rsid w:val="00A94AA4"/>
    <w:rsid w:val="00A9650A"/>
    <w:rsid w:val="00AA1D8D"/>
    <w:rsid w:val="00AB4A3F"/>
    <w:rsid w:val="00AD480F"/>
    <w:rsid w:val="00AD7BBB"/>
    <w:rsid w:val="00AE1449"/>
    <w:rsid w:val="00B0262F"/>
    <w:rsid w:val="00B37716"/>
    <w:rsid w:val="00B43A64"/>
    <w:rsid w:val="00B47730"/>
    <w:rsid w:val="00B5125D"/>
    <w:rsid w:val="00B67D9E"/>
    <w:rsid w:val="00B728E8"/>
    <w:rsid w:val="00BA4FED"/>
    <w:rsid w:val="00BA72A7"/>
    <w:rsid w:val="00BE6295"/>
    <w:rsid w:val="00C0125E"/>
    <w:rsid w:val="00C13E78"/>
    <w:rsid w:val="00C14BF6"/>
    <w:rsid w:val="00C1791C"/>
    <w:rsid w:val="00C21ACC"/>
    <w:rsid w:val="00C24334"/>
    <w:rsid w:val="00C550CC"/>
    <w:rsid w:val="00C70B28"/>
    <w:rsid w:val="00CA380D"/>
    <w:rsid w:val="00CB0664"/>
    <w:rsid w:val="00CB620E"/>
    <w:rsid w:val="00CF201F"/>
    <w:rsid w:val="00D36D83"/>
    <w:rsid w:val="00D71DB4"/>
    <w:rsid w:val="00D9177E"/>
    <w:rsid w:val="00DA0758"/>
    <w:rsid w:val="00DE067B"/>
    <w:rsid w:val="00E763F3"/>
    <w:rsid w:val="00EB6DEB"/>
    <w:rsid w:val="00F10365"/>
    <w:rsid w:val="00F31DF8"/>
    <w:rsid w:val="00F764D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E5B52"/>
  <w14:defaultImageDpi w14:val="300"/>
  <w15:docId w15:val="{2E809052-C48D-F245-9ABC-5DC6C06D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AB4A3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960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60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60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6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600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E144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4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4CE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17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414</Words>
  <Characters>2123</Characters>
  <Application>Microsoft Office Word</Application>
  <DocSecurity>0</DocSecurity>
  <Lines>60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Divenere, Rob</cp:lastModifiedBy>
  <cp:revision>6</cp:revision>
  <dcterms:created xsi:type="dcterms:W3CDTF">2026-01-08T19:31:00Z</dcterms:created>
  <dcterms:modified xsi:type="dcterms:W3CDTF">2026-01-08T19:47:00Z</dcterms:modified>
  <cp:category/>
</cp:coreProperties>
</file>